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13</w:t>
      </w:r>
    </w:p>
    <w:p>
      <w:pPr>
        <w:jc w:val="center"/>
      </w:pPr>
      <w:r>
        <w:rPr>
          <w:i/>
        </w:rPr>
        <w:t>Zgoda na samodzielny powrót dziecka po zajęciach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Data urodzenia: </w:t>
      </w:r>
      <w:r>
        <w:t>…………………………………………………………………………</w:t>
      </w:r>
    </w:p>
    <w:p>
      <w:r>
        <w:t>Wyrażam zgodę, aby moje dziecko samodzielnie opuszczało miejsce zajęć po ich zakończeniu i samodzielnie wracało do domu w dniach, w których uczestniczy w zajęciach Akademii.</w:t>
      </w:r>
    </w:p>
    <w:p>
      <w:r>
        <w:t>Oświadczam, że decyzję podejmuję z uwzględnieniem wieku, dojrzałości dziecka, warunków drogi powrotnej oraz obowiązujących przepisów. Zgoda obowiązuje do jej pisemnego odwołania.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