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2"/>
        </w:rPr>
        <w:t>ATHLETICS ACADEMY KAROLINA KOŁECZEK</w:t>
      </w:r>
    </w:p>
    <w:p>
      <w:pPr>
        <w:jc w:val="center"/>
      </w:pPr>
      <w:r>
        <w:rPr>
          <w:b/>
          <w:sz w:val="32"/>
        </w:rPr>
        <w:t>ZAŁĄCZNIK NR 12</w:t>
      </w:r>
    </w:p>
    <w:p>
      <w:pPr>
        <w:jc w:val="center"/>
      </w:pPr>
      <w:r>
        <w:rPr>
          <w:i/>
        </w:rPr>
        <w:t>Karta interwencji – ochrona małoletnich</w:t>
      </w:r>
    </w:p>
    <w:p/>
    <w:p>
      <w:r>
        <w:t>Dokument do stosowania zgodnie ze Standardami Ochrony Małoletnich obowiązującymi w Athletics Academy Karolina Kołeczek.</w:t>
      </w:r>
    </w:p>
    <w:p>
      <w:pPr>
        <w:spacing w:after="80"/>
      </w:pPr>
      <w:r>
        <w:rPr>
          <w:b/>
        </w:rPr>
        <w:t xml:space="preserve">Data zgłoszenia / zdarzenia: </w:t>
      </w:r>
      <w:r>
        <w:t>…………………………………………………………………………</w:t>
      </w:r>
    </w:p>
    <w:p>
      <w:pPr>
        <w:spacing w:after="80"/>
      </w:pPr>
      <w:r>
        <w:rPr>
          <w:b/>
        </w:rPr>
        <w:t xml:space="preserve">Imię i nazwisko małoletniego: </w:t>
      </w:r>
      <w:r>
        <w:t>…………………………………………………………………………</w:t>
      </w:r>
    </w:p>
    <w:p>
      <w:pPr>
        <w:spacing w:after="80"/>
      </w:pPr>
      <w:r>
        <w:rPr>
          <w:b/>
        </w:rPr>
        <w:t xml:space="preserve">Osoba zgłaszająca: </w:t>
      </w:r>
      <w:r>
        <w:t>…………………………………………………………………………</w:t>
      </w:r>
    </w:p>
    <w:p>
      <w:pPr>
        <w:spacing w:after="80"/>
      </w:pPr>
      <w:r>
        <w:rPr>
          <w:b/>
        </w:rPr>
        <w:t xml:space="preserve">Osoba przyjmująca zgłoszenie: </w:t>
      </w:r>
      <w:r>
        <w:t>…………………………………………………………………………</w:t>
      </w:r>
    </w:p>
    <w:p>
      <w:r>
        <w:rPr>
          <w:b/>
          <w:sz w:val="22"/>
        </w:rPr>
        <w:t>OPIS ZGŁOSZENIA / OKOLICZNOŚCI</w:t>
      </w:r>
    </w:p>
    <w:p>
      <w:r>
        <w:t>…………………………………………………………………………………………………………</w:t>
        <w:br/>
        <w:t>…………………………………………………………………………………………………………</w:t>
        <w:br/>
        <w:t>…………………………………………………………………………………………………………</w:t>
        <w:br/>
        <w:t>…………………………………………………………………………………………………………</w:t>
        <w:br/>
        <w:t>…………………………………………………………………………………………………………</w:t>
        <w:br/>
      </w:r>
    </w:p>
    <w:p>
      <w:r>
        <w:rPr>
          <w:b/>
          <w:sz w:val="22"/>
        </w:rPr>
        <w:t>PODJĘTE DZIAŁANIA I DECYZJE</w:t>
      </w:r>
    </w:p>
    <w:p>
      <w:r>
        <w:t>…………………………………………………………………………………………………………</w:t>
        <w:br/>
        <w:t>…………………………………………………………………………………………………………</w:t>
        <w:br/>
        <w:t>…………………………………………………………………………………………………………</w:t>
        <w:br/>
        <w:t>…………………………………………………………………………………………………………</w:t>
        <w:br/>
        <w:t>…………………………………………………………………………………………………………</w:t>
        <w:br/>
      </w:r>
    </w:p>
    <w:p>
      <w:pPr>
        <w:spacing w:after="80"/>
      </w:pPr>
      <w:r>
        <w:rPr>
          <w:b/>
        </w:rPr>
        <w:t xml:space="preserve">Osoby / instytucje powiadomione: </w:t>
      </w:r>
      <w:r>
        <w:t>…………………………………………………………………………</w:t>
      </w:r>
    </w:p>
    <w:p>
      <w:pPr>
        <w:spacing w:after="80"/>
      </w:pPr>
      <w:r>
        <w:rPr>
          <w:b/>
        </w:rPr>
        <w:t xml:space="preserve">Dalszy plan działania: </w:t>
      </w:r>
      <w:r>
        <w:t>…………………………………………………………………………</w:t>
      </w:r>
    </w:p>
    <w:p>
      <w:r>
        <w:t>Dokument ma charakter poufny i powinien być przechowywany zgodnie z zasadami ochrony danych oraz Standardami Ochrony Małoletnich.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Data: …………………………………</w:t>
            </w:r>
          </w:p>
        </w:tc>
        <w:tc>
          <w:tcPr>
            <w:tcW w:type="dxa" w:w="4986"/>
          </w:tcPr>
          <w:p>
            <w:r>
              <w:t>Podpis rodzica/opiekuna: …………………………………</w:t>
            </w:r>
          </w:p>
        </w:tc>
      </w:tr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/>
          </w:p>
        </w:tc>
      </w:tr>
    </w:tbl>
    <w:sectPr w:rsidR="00FC693F" w:rsidRPr="0006063C" w:rsidSect="00034616"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