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11</w:t>
      </w:r>
    </w:p>
    <w:p>
      <w:pPr>
        <w:jc w:val="center"/>
      </w:pPr>
      <w:r>
        <w:rPr>
          <w:i/>
        </w:rPr>
        <w:t>Karta zdarzenia / urazu uczestnika</w:t>
      </w:r>
    </w:p>
    <w:p/>
    <w:p>
      <w:pPr>
        <w:spacing w:after="80"/>
      </w:pPr>
      <w:r>
        <w:rPr>
          <w:b/>
        </w:rPr>
        <w:t xml:space="preserve">Imię i nazwisko uczestnika: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Data i godzina zdarzenia: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Miejsce zdarzenia: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Osoba prowadząca zajęcia / świadek: </w:t>
      </w:r>
      <w:r>
        <w:t>…………………………………………………………………………</w:t>
      </w:r>
    </w:p>
    <w:p>
      <w:r>
        <w:rPr>
          <w:b/>
          <w:sz w:val="22"/>
        </w:rPr>
        <w:t>OPIS ZDARZENIA</w:t>
      </w:r>
    </w:p>
    <w:p>
      <w:r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  <w:t>…………………………………………………………………………………………………………</w:t>
        <w:br/>
      </w:r>
    </w:p>
    <w:p>
      <w:r>
        <w:rPr>
          <w:b/>
          <w:sz w:val="22"/>
        </w:rPr>
        <w:t>PODJĘTE DZIAŁANIA</w:t>
      </w:r>
    </w:p>
    <w:p>
      <w:pPr>
        <w:spacing w:after="40"/>
        <w:ind w:left="170"/>
      </w:pPr>
      <w:r>
        <w:t>☐ udzielono pierwszej pomocy</w:t>
      </w:r>
    </w:p>
    <w:p>
      <w:pPr>
        <w:spacing w:after="40"/>
        <w:ind w:left="170"/>
      </w:pPr>
      <w:r>
        <w:t>☐ wezwano Zespół Ratownictwa Medycznego</w:t>
      </w:r>
    </w:p>
    <w:p>
      <w:pPr>
        <w:spacing w:after="40"/>
        <w:ind w:left="170"/>
      </w:pPr>
      <w:r>
        <w:t>☐ powiadomiono rodzica/opiekuna</w:t>
      </w:r>
    </w:p>
    <w:p>
      <w:pPr>
        <w:spacing w:after="40"/>
        <w:ind w:left="170"/>
      </w:pPr>
      <w:r>
        <w:t>☐ przerwano udział dziecka w zajęciach</w:t>
      </w:r>
    </w:p>
    <w:p>
      <w:pPr>
        <w:spacing w:after="40"/>
        <w:ind w:left="170"/>
      </w:pPr>
      <w:r>
        <w:t>☐ inne działania</w:t>
      </w:r>
    </w:p>
    <w:p>
      <w:pPr>
        <w:spacing w:after="80"/>
      </w:pPr>
      <w:r>
        <w:rPr>
          <w:b/>
        </w:rPr>
        <w:t xml:space="preserve">Godzina powiadomienia rodzica/opiekuna: </w:t>
      </w:r>
      <w:r>
        <w:t>…………………………………………………………………………</w:t>
      </w:r>
    </w:p>
    <w:p>
      <w:pPr>
        <w:spacing w:after="80"/>
      </w:pPr>
      <w:r>
        <w:rPr>
          <w:b/>
        </w:rPr>
        <w:t xml:space="preserve">Dalsze zalecenia / informacje: </w:t>
      </w:r>
      <w:r>
        <w:t>…………………………………………………………………………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Data: …………………………………</w:t>
            </w:r>
          </w:p>
        </w:tc>
        <w:tc>
          <w:tcPr>
            <w:tcW w:type="dxa" w:w="4986"/>
          </w:tcPr>
          <w:p>
            <w:r>
              <w:t>Podpis rodzica/opiekuna: …………………………………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