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ATHLETICS ACADEMY KAROLINA KOŁECZEK</w:t>
      </w:r>
    </w:p>
    <w:p>
      <w:pPr>
        <w:jc w:val="center"/>
      </w:pPr>
      <w:r>
        <w:rPr>
          <w:b/>
          <w:sz w:val="32"/>
        </w:rPr>
        <w:t>ZAŁĄCZNIK NR 8</w:t>
      </w:r>
    </w:p>
    <w:p>
      <w:pPr>
        <w:jc w:val="center"/>
      </w:pPr>
      <w:r>
        <w:rPr>
          <w:i/>
        </w:rPr>
        <w:t>Upoważnienie do odbioru dziecka</w:t>
      </w:r>
    </w:p>
    <w:p/>
    <w:p>
      <w:pPr>
        <w:spacing w:after="80"/>
      </w:pPr>
      <w:r>
        <w:rPr>
          <w:b/>
        </w:rPr>
        <w:t xml:space="preserve">Imię i nazwisko dziecka: </w:t>
      </w:r>
      <w:r>
        <w:t>…………………………………………………………………………</w:t>
      </w:r>
    </w:p>
    <w:p>
      <w:r>
        <w:t>Upoważniam niżej wskazane osoby do odbioru mojego dziecka po zajęciach Athletics Academy Karolina Kołeczek: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EDEDED"/>
          </w:tcPr>
          <w:p>
            <w:r>
              <w:t>Lp.</w:t>
            </w:r>
          </w:p>
        </w:tc>
        <w:tc>
          <w:tcPr>
            <w:tcW w:type="dxa" w:w="2493"/>
            <w:shd w:fill="EDEDED"/>
          </w:tcPr>
          <w:p>
            <w:r>
              <w:t>Imię i nazwisko</w:t>
            </w:r>
          </w:p>
        </w:tc>
        <w:tc>
          <w:tcPr>
            <w:tcW w:type="dxa" w:w="2493"/>
            <w:shd w:fill="EDEDED"/>
          </w:tcPr>
          <w:p>
            <w:r>
              <w:t>Telefon</w:t>
            </w:r>
          </w:p>
        </w:tc>
        <w:tc>
          <w:tcPr>
            <w:tcW w:type="dxa" w:w="2493"/>
            <w:shd w:fill="EDEDED"/>
          </w:tcPr>
          <w:p>
            <w:r>
              <w:t>Stopień pokrewieństwa / relacja</w:t>
            </w:r>
          </w:p>
        </w:tc>
      </w:tr>
      <w:tr>
        <w:tc>
          <w:tcPr>
            <w:tcW w:type="dxa" w:w="2493"/>
          </w:tcPr>
          <w:p>
            <w:r>
              <w:t>1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2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3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4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r>
        <w:t>Oświadczam, że osoby wskazane powyżej są przeze mnie upoważnione do przejęcia opieki nad dzieckiem z chwilą jego odbioru. Przyjmuję do wiadomości, że w razie uzasadnionych wątpliwości Organizator może poprosić osobę odbierającą o potwierdzenie tożsamości.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Data: …………………………………</w:t>
            </w:r>
          </w:p>
        </w:tc>
        <w:tc>
          <w:tcPr>
            <w:tcW w:type="dxa" w:w="4986"/>
          </w:tcPr>
          <w:p>
            <w:r>
              <w:t>Podpis rodzica/opiekuna: …………………………………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