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2"/>
        </w:rPr>
        <w:t>ATHLETICS ACADEMY KAROLINA KOŁECZEK</w:t>
      </w:r>
    </w:p>
    <w:p>
      <w:pPr>
        <w:jc w:val="center"/>
      </w:pPr>
      <w:r>
        <w:rPr>
          <w:b/>
          <w:sz w:val="32"/>
        </w:rPr>
        <w:t>ZAŁĄCZNIK NR 3</w:t>
      </w:r>
    </w:p>
    <w:p>
      <w:pPr>
        <w:jc w:val="center"/>
      </w:pPr>
      <w:r>
        <w:rPr>
          <w:i/>
        </w:rPr>
        <w:t>Ankieta zdrowotna uczestnika</w:t>
      </w:r>
    </w:p>
    <w:p/>
    <w:p>
      <w:pPr>
        <w:spacing w:after="80"/>
      </w:pPr>
      <w:r>
        <w:rPr>
          <w:b/>
        </w:rPr>
        <w:t xml:space="preserve">Imię i nazwisko dziecka: </w:t>
      </w:r>
      <w:r>
        <w:t>…………………………………………………………………………</w:t>
      </w:r>
    </w:p>
    <w:p>
      <w:r>
        <w:rPr>
          <w:b/>
          <w:sz w:val="22"/>
        </w:rPr>
        <w:t>CZY U DZIECKA WYSTĘPUJĄ / WYSTĘPOWAŁY</w:t>
      </w:r>
    </w:p>
    <w:p>
      <w:pPr>
        <w:spacing w:after="40"/>
        <w:ind w:left="170"/>
      </w:pPr>
      <w:r>
        <w:t>☐ astma</w:t>
      </w:r>
    </w:p>
    <w:p>
      <w:pPr>
        <w:spacing w:after="40"/>
        <w:ind w:left="170"/>
      </w:pPr>
      <w:r>
        <w:t>☐ cukrzyca</w:t>
      </w:r>
    </w:p>
    <w:p>
      <w:pPr>
        <w:spacing w:after="40"/>
        <w:ind w:left="170"/>
      </w:pPr>
      <w:r>
        <w:t>☐ epilepsja / napady drgawkowe</w:t>
      </w:r>
    </w:p>
    <w:p>
      <w:pPr>
        <w:spacing w:after="40"/>
        <w:ind w:left="170"/>
      </w:pPr>
      <w:r>
        <w:t>☐ alergie</w:t>
      </w:r>
    </w:p>
    <w:p>
      <w:pPr>
        <w:spacing w:after="40"/>
        <w:ind w:left="170"/>
      </w:pPr>
      <w:r>
        <w:t>☐ choroby serca lub układu krążenia</w:t>
      </w:r>
    </w:p>
    <w:p>
      <w:pPr>
        <w:spacing w:after="40"/>
        <w:ind w:left="170"/>
      </w:pPr>
      <w:r>
        <w:t>☐ omdlenia podczas wysiłku</w:t>
      </w:r>
    </w:p>
    <w:p>
      <w:pPr>
        <w:spacing w:after="40"/>
        <w:ind w:left="170"/>
      </w:pPr>
      <w:r>
        <w:t>☐ urazy lub ograniczenia narządu ruchu</w:t>
      </w:r>
    </w:p>
    <w:p>
      <w:pPr>
        <w:spacing w:after="40"/>
        <w:ind w:left="170"/>
      </w:pPr>
      <w:r>
        <w:t>☐ inne schorzenia lub ograniczenia istotne dla aktywności fizycznej</w:t>
      </w:r>
    </w:p>
    <w:p>
      <w:pPr>
        <w:spacing w:after="80"/>
      </w:pPr>
      <w:r>
        <w:rPr>
          <w:b/>
        </w:rPr>
        <w:t xml:space="preserve">Szczegóły / jakie: </w:t>
      </w:r>
      <w:r>
        <w:t>…………………………………………………………………………</w:t>
      </w:r>
    </w:p>
    <w:p>
      <w:pPr>
        <w:spacing w:after="80"/>
      </w:pPr>
      <w:r>
        <w:rPr>
          <w:b/>
        </w:rPr>
        <w:t xml:space="preserve">Czy dziecko przyjmuje leki? Jeśli tak – jakie i w jakich sytuacjach: </w:t>
      </w:r>
      <w:r>
        <w:t>…………………………………………………………………………</w:t>
      </w:r>
    </w:p>
    <w:p>
      <w:pPr>
        <w:spacing w:after="80"/>
      </w:pPr>
      <w:r>
        <w:rPr>
          <w:b/>
        </w:rPr>
        <w:t xml:space="preserve">Lekarz prowadzący (opcjonalnie): </w:t>
      </w:r>
      <w:r>
        <w:t>…………………………………………………………………………</w:t>
      </w:r>
    </w:p>
    <w:p>
      <w:pPr>
        <w:spacing w:after="80"/>
      </w:pPr>
      <w:r>
        <w:rPr>
          <w:b/>
        </w:rPr>
        <w:t xml:space="preserve">Telefon kontaktowy do placówki/lekarza (opcjonalnie): </w:t>
      </w:r>
      <w:r>
        <w:t>…………………………………………………………………………</w:t>
      </w:r>
    </w:p>
    <w:p>
      <w:r>
        <w:t>Informacje w ankiecie służą wyłącznie zapewnieniu bezpieczeństwa uczestnika podczas zajęć i powinny być aktualizowane przez rodzica/opiekuna w razie zmian.</w:t>
      </w:r>
    </w:p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t>Data: …………………………………</w:t>
            </w:r>
          </w:p>
        </w:tc>
        <w:tc>
          <w:tcPr>
            <w:tcW w:type="dxa" w:w="4986"/>
          </w:tcPr>
          <w:p>
            <w:r>
              <w:t>Podpis rodzica/opiekuna: …………………………………</w:t>
            </w:r>
          </w:p>
        </w:tc>
      </w:tr>
      <w:tr>
        <w:tc>
          <w:tcPr>
            <w:tcW w:type="dxa" w:w="4986"/>
          </w:tcPr>
          <w:p>
            <w:r/>
          </w:p>
        </w:tc>
        <w:tc>
          <w:tcPr>
            <w:tcW w:type="dxa" w:w="4986"/>
          </w:tcPr>
          <w:p>
            <w:r/>
          </w:p>
        </w:tc>
      </w:tr>
    </w:tbl>
    <w:sectPr w:rsidR="00FC693F" w:rsidRPr="0006063C" w:rsidSect="00034616">
      <w:pgSz w:w="12240" w:h="15840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