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2</w:t>
      </w:r>
    </w:p>
    <w:p>
      <w:pPr>
        <w:jc w:val="center"/>
      </w:pPr>
      <w:r>
        <w:rPr>
          <w:i/>
        </w:rPr>
        <w:t>Oświadczenie o stanie zdrowia</w:t>
      </w:r>
    </w:p>
    <w:p/>
    <w:p>
      <w:pPr>
        <w:spacing w:after="80"/>
      </w:pPr>
      <w:r>
        <w:rPr>
          <w:b/>
        </w:rPr>
        <w:t xml:space="preserve">Ja, niżej podpisany(a):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rodzic/opiekun prawny dziecka: </w:t>
      </w:r>
      <w:r>
        <w:t>…………………………………………………………………………</w:t>
      </w:r>
    </w:p>
    <w:p>
      <w:r>
        <w:t>oświadczam, że według mojej wiedzy stan zdrowia dziecka pozwala na uczestnictwo w zajęciach sportowych organizowanych przez Athletics Academy Karolina Kołeczek i nie są mi znane przeciwwskazania zdrowotne do udziału w tych zajęciach.</w:t>
      </w:r>
    </w:p>
    <w:p>
      <w:r>
        <w:t>Zobowiązuję się do niezwłocznego poinformowania Organizatora o każdej zmianie stanu zdrowia dziecka, która może mieć wpływ na jego bezpieczny udział w zajęciach.</w:t>
      </w:r>
    </w:p>
    <w:p>
      <w:r>
        <w:t>W przypadku wątpliwości dotyczących zdolności dziecka do wysiłku fizycznego zobowiązuję się skonsultować jego stan zdrowia z lekarzem.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