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1</w:t>
      </w:r>
    </w:p>
    <w:p>
      <w:pPr>
        <w:jc w:val="center"/>
      </w:pPr>
      <w:r>
        <w:rPr>
          <w:i/>
        </w:rPr>
        <w:t>Formularz zgłoszeniowy uczestnika</w:t>
      </w:r>
    </w:p>
    <w:p/>
    <w:p>
      <w:r>
        <w:rPr>
          <w:b/>
          <w:sz w:val="22"/>
        </w:rPr>
        <w:t>DANE UCZESTNIKA</w:t>
      </w:r>
    </w:p>
    <w:p>
      <w:pPr>
        <w:spacing w:after="80"/>
      </w:pPr>
      <w:r>
        <w:rPr>
          <w:b/>
        </w:rPr>
        <w:t xml:space="preserve">Imię i nazwisko: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PESEL: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Data urodzenia: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Adres zamieszkania: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Szkoła / Przedszkole: </w:t>
      </w:r>
      <w:r>
        <w:t>…………………………………………………………………………</w:t>
      </w:r>
    </w:p>
    <w:p>
      <w:r>
        <w:rPr>
          <w:b/>
          <w:sz w:val="22"/>
        </w:rPr>
        <w:t>GRUPA TRENINGOWA</w:t>
      </w:r>
    </w:p>
    <w:p>
      <w:pPr>
        <w:spacing w:after="40"/>
        <w:ind w:left="170"/>
      </w:pPr>
      <w:r>
        <w:t>☐ Move Kids (4–6 lat)</w:t>
      </w:r>
    </w:p>
    <w:p>
      <w:pPr>
        <w:spacing w:after="40"/>
        <w:ind w:left="170"/>
      </w:pPr>
      <w:r>
        <w:t>☐ ACTIVE Kids (7–9 lat)</w:t>
      </w:r>
    </w:p>
    <w:p>
      <w:pPr>
        <w:spacing w:after="40"/>
        <w:ind w:left="170"/>
      </w:pPr>
      <w:r>
        <w:t>☐ Athletic Team (10–12 lat)</w:t>
      </w:r>
    </w:p>
    <w:p>
      <w:pPr>
        <w:spacing w:after="40"/>
        <w:ind w:left="170"/>
      </w:pPr>
      <w:r>
        <w:t>☐ Performance Team (13+)</w:t>
      </w:r>
    </w:p>
    <w:p>
      <w:r>
        <w:rPr>
          <w:b/>
          <w:sz w:val="22"/>
        </w:rPr>
        <w:t>DANE RODZICÓW / OPIEKUNÓW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EDEDED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Osoba</w:t>
            </w:r>
          </w:p>
        </w:tc>
        <w:tc>
          <w:tcPr>
            <w:tcW w:type="dxa" w:w="2493"/>
            <w:shd w:fill="EDEDED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Imię i nazwisko</w:t>
            </w:r>
          </w:p>
        </w:tc>
        <w:tc>
          <w:tcPr>
            <w:tcW w:type="dxa" w:w="2493"/>
            <w:shd w:fill="EDEDED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Telefon</w:t>
            </w:r>
          </w:p>
        </w:tc>
        <w:tc>
          <w:tcPr>
            <w:tcW w:type="dxa" w:w="2493"/>
            <w:shd w:fill="EDEDED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E-mail</w:t>
            </w:r>
          </w:p>
        </w:tc>
      </w:tr>
      <w:tr>
        <w:tc>
          <w:tcPr>
            <w:tcW w:type="dxa" w:w="249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Matka / Opiekun</w:t>
            </w:r>
          </w:p>
        </w:tc>
        <w:tc>
          <w:tcPr>
            <w:tcW w:type="dxa" w:w="2493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</w:tc>
        <w:tc>
          <w:tcPr>
            <w:tcW w:type="dxa" w:w="2493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</w:tc>
        <w:tc>
          <w:tcPr>
            <w:tcW w:type="dxa" w:w="2493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</w:tc>
      </w:tr>
      <w:tr>
        <w:tc>
          <w:tcPr>
            <w:tcW w:type="dxa" w:w="249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Ojciec / Opiekun</w:t>
            </w:r>
          </w:p>
        </w:tc>
        <w:tc>
          <w:tcPr>
            <w:tcW w:type="dxa" w:w="2493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</w:tc>
        <w:tc>
          <w:tcPr>
            <w:tcW w:type="dxa" w:w="2493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</w:tc>
        <w:tc>
          <w:tcPr>
            <w:tcW w:type="dxa" w:w="2493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</w:tc>
      </w:tr>
    </w:tbl>
    <w:p>
      <w:r>
        <w:rPr>
          <w:b/>
          <w:sz w:val="22"/>
        </w:rPr>
        <w:t>INFORMACJE MEDYCZNE</w:t>
      </w:r>
    </w:p>
    <w:p>
      <w:r>
        <w:t>Czy dziecko cierpi na choroby przewlekłe?   ☐ NIE   ☐ TAK</w:t>
      </w:r>
    </w:p>
    <w:p>
      <w:pPr>
        <w:spacing w:after="80"/>
      </w:pPr>
      <w:r>
        <w:rPr>
          <w:b/>
        </w:rPr>
        <w:t xml:space="preserve">Jeśli TAK – jakie: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Alergie: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Przyjmowane leki: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Inne ważne informacje dotyczące zdrowia, rozwoju lub bezpieczeństwa dziecka: </w:t>
      </w:r>
      <w:r>
        <w:t>…………………………………………………………………………</w:t>
      </w:r>
    </w:p>
    <w:p>
      <w:r>
        <w:t>Oświadczam, że podane dane są zgodne z prawdą oraz że zapoznałem(am) się z Regulaminem Athletics Academy Karolina Kołeczek.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